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24674" w14:textId="77777777" w:rsidR="0097513B" w:rsidRDefault="00F4362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EA58C15" wp14:editId="6FFBE774">
            <wp:extent cx="10689336" cy="6015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wire_your_wealth_through_meditation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60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13B" w:rsidSect="00034616">
      <w:pgSz w:w="16834" w:h="9474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7018715">
    <w:abstractNumId w:val="8"/>
  </w:num>
  <w:num w:numId="2" w16cid:durableId="1826386962">
    <w:abstractNumId w:val="6"/>
  </w:num>
  <w:num w:numId="3" w16cid:durableId="789203855">
    <w:abstractNumId w:val="5"/>
  </w:num>
  <w:num w:numId="4" w16cid:durableId="160315001">
    <w:abstractNumId w:val="4"/>
  </w:num>
  <w:num w:numId="5" w16cid:durableId="626009193">
    <w:abstractNumId w:val="7"/>
  </w:num>
  <w:num w:numId="6" w16cid:durableId="918908612">
    <w:abstractNumId w:val="3"/>
  </w:num>
  <w:num w:numId="7" w16cid:durableId="1726290465">
    <w:abstractNumId w:val="2"/>
  </w:num>
  <w:num w:numId="8" w16cid:durableId="1433207504">
    <w:abstractNumId w:val="1"/>
  </w:num>
  <w:num w:numId="9" w16cid:durableId="1237592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97513B"/>
    <w:rsid w:val="00A6584C"/>
    <w:rsid w:val="00AA1D8D"/>
    <w:rsid w:val="00B47730"/>
    <w:rsid w:val="00CB0664"/>
    <w:rsid w:val="00E656ED"/>
    <w:rsid w:val="00F4362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53327D"/>
  <w14:defaultImageDpi w14:val="300"/>
  <w15:docId w15:val="{F81635F9-604B-4062-AC18-60433493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Gulay Danis</cp:lastModifiedBy>
  <cp:revision>2</cp:revision>
  <dcterms:created xsi:type="dcterms:W3CDTF">2026-06-10T16:48:00Z</dcterms:created>
  <dcterms:modified xsi:type="dcterms:W3CDTF">2026-06-10T16:48:00Z</dcterms:modified>
  <cp:category/>
</cp:coreProperties>
</file>